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82DA2" w14:textId="77777777" w:rsidR="003953B3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 RICHIESTA SERVIZIO SCUOLABUS  </w:t>
      </w:r>
    </w:p>
    <w:p w14:paraId="239BA11B" w14:textId="79A87D03" w:rsidR="003953B3" w:rsidRPr="00B525CD" w:rsidRDefault="002916A9">
      <w:pPr>
        <w:rPr>
          <w:rFonts w:cs="Times New Roman"/>
          <w:b/>
          <w:bCs/>
        </w:rPr>
      </w:pPr>
      <w:r w:rsidRPr="00B525CD">
        <w:rPr>
          <w:rFonts w:cs="Times New Roman"/>
          <w:b/>
          <w:bCs/>
        </w:rPr>
        <w:t xml:space="preserve">da </w:t>
      </w:r>
      <w:proofErr w:type="spellStart"/>
      <w:r w:rsidRPr="00B525CD">
        <w:rPr>
          <w:rFonts w:cs="Times New Roman"/>
          <w:b/>
          <w:bCs/>
        </w:rPr>
        <w:t>presentare</w:t>
      </w:r>
      <w:proofErr w:type="spellEnd"/>
      <w:r w:rsidRPr="00B525CD">
        <w:rPr>
          <w:rFonts w:cs="Times New Roman"/>
          <w:b/>
          <w:bCs/>
        </w:rPr>
        <w:t xml:space="preserve"> </w:t>
      </w:r>
      <w:proofErr w:type="spellStart"/>
      <w:r w:rsidRPr="00B525CD">
        <w:rPr>
          <w:rFonts w:cs="Times New Roman"/>
          <w:b/>
          <w:bCs/>
        </w:rPr>
        <w:t>entro</w:t>
      </w:r>
      <w:proofErr w:type="spellEnd"/>
      <w:r w:rsidRPr="00B525CD">
        <w:rPr>
          <w:rFonts w:cs="Times New Roman"/>
          <w:b/>
          <w:bCs/>
        </w:rPr>
        <w:t xml:space="preserve"> il </w:t>
      </w:r>
      <w:r w:rsidR="00B525CD" w:rsidRPr="00B525CD">
        <w:rPr>
          <w:rFonts w:cs="Times New Roman"/>
          <w:b/>
          <w:bCs/>
        </w:rPr>
        <w:t>13/07/2026</w:t>
      </w:r>
      <w:r w:rsidRPr="00B525CD">
        <w:rPr>
          <w:rFonts w:cs="Times New Roman"/>
          <w:b/>
          <w:bCs/>
        </w:rPr>
        <w:t xml:space="preserve"> </w:t>
      </w:r>
    </w:p>
    <w:p w14:paraId="24804906" w14:textId="77777777" w:rsidR="003953B3" w:rsidRPr="002B0099" w:rsidRDefault="002916A9" w:rsidP="00856F53">
      <w:pPr>
        <w:jc w:val="right"/>
        <w:rPr>
          <w:rFonts w:cs="Times New Roman"/>
          <w:b/>
        </w:rPr>
      </w:pPr>
      <w:r w:rsidRPr="002B0099">
        <w:rPr>
          <w:rFonts w:cs="Times New Roman"/>
          <w:b/>
        </w:rPr>
        <w:t xml:space="preserve">Al </w:t>
      </w:r>
      <w:proofErr w:type="spellStart"/>
      <w:r w:rsidRPr="002B0099">
        <w:rPr>
          <w:rFonts w:cs="Times New Roman"/>
          <w:b/>
        </w:rPr>
        <w:t>Comune</w:t>
      </w:r>
      <w:proofErr w:type="spellEnd"/>
      <w:r w:rsidRPr="002B0099">
        <w:rPr>
          <w:rFonts w:cs="Times New Roman"/>
          <w:b/>
        </w:rPr>
        <w:t xml:space="preserve"> di </w:t>
      </w:r>
      <w:r w:rsidR="00856F53" w:rsidRPr="002B0099">
        <w:rPr>
          <w:rFonts w:cs="Times New Roman"/>
          <w:b/>
        </w:rPr>
        <w:t>CALASCIBETTA</w:t>
      </w:r>
      <w:r w:rsidRPr="002B0099">
        <w:rPr>
          <w:rFonts w:cs="Times New Roman"/>
          <w:b/>
        </w:rPr>
        <w:t xml:space="preserve">  </w:t>
      </w:r>
    </w:p>
    <w:p w14:paraId="687E3834" w14:textId="77777777" w:rsidR="003953B3" w:rsidRPr="002B0099" w:rsidRDefault="002916A9" w:rsidP="00856F53">
      <w:pPr>
        <w:jc w:val="right"/>
        <w:rPr>
          <w:rFonts w:cs="Times New Roman"/>
          <w:b/>
        </w:rPr>
      </w:pPr>
      <w:r w:rsidRPr="002B0099">
        <w:rPr>
          <w:rFonts w:cs="Times New Roman"/>
          <w:b/>
        </w:rPr>
        <w:t xml:space="preserve">Ufficio Pubblica Istruzione  </w:t>
      </w:r>
    </w:p>
    <w:p w14:paraId="4D3F189A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Il/la </w:t>
      </w:r>
      <w:proofErr w:type="spellStart"/>
      <w:r w:rsidRPr="002B0099">
        <w:rPr>
          <w:rFonts w:cs="Times New Roman"/>
        </w:rPr>
        <w:t>sottoscritto</w:t>
      </w:r>
      <w:proofErr w:type="spellEnd"/>
      <w:r w:rsidRPr="002B0099">
        <w:rPr>
          <w:rFonts w:cs="Times New Roman"/>
        </w:rPr>
        <w:t>/a _ ___</w:t>
      </w:r>
      <w:r w:rsidR="00856F53" w:rsidRPr="002B0099">
        <w:rPr>
          <w:rFonts w:cs="Times New Roman"/>
        </w:rPr>
        <w:t>_________________________</w:t>
      </w:r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nat</w:t>
      </w:r>
      <w:proofErr w:type="spellEnd"/>
      <w:r w:rsidRPr="002B0099">
        <w:rPr>
          <w:rFonts w:cs="Times New Roman"/>
        </w:rPr>
        <w:t xml:space="preserve"> _ a ________________  (___)   </w:t>
      </w:r>
    </w:p>
    <w:p w14:paraId="089FB380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il  __/__/____ , residente a _______________  (___)  via ____________________  n ___  </w:t>
      </w:r>
    </w:p>
    <w:p w14:paraId="71B5EA06" w14:textId="77777777" w:rsidR="00856F5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recapito telefono_____________________  </w:t>
      </w:r>
    </w:p>
    <w:p w14:paraId="6ADFCEAE" w14:textId="77777777" w:rsidR="003953B3" w:rsidRPr="002B0099" w:rsidRDefault="008D7B0A">
      <w:pPr>
        <w:rPr>
          <w:rFonts w:cs="Times New Roman"/>
        </w:rPr>
      </w:pPr>
      <w:r w:rsidRPr="002B0099">
        <w:rPr>
          <w:rFonts w:cs="Times New Roman"/>
        </w:rPr>
        <w:t>e</w:t>
      </w:r>
      <w:r w:rsidR="002916A9" w:rsidRPr="002B0099">
        <w:rPr>
          <w:rFonts w:cs="Times New Roman"/>
        </w:rPr>
        <w:t xml:space="preserve">mail __________________ _________________ _ </w:t>
      </w:r>
    </w:p>
    <w:p w14:paraId="2708D5A2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in qualità di  </w:t>
      </w:r>
      <w:r w:rsidRPr="002B0099">
        <w:rPr>
          <w:rFonts w:cs="Times New Roman"/>
        </w:rPr>
        <w:t xml:space="preserve"> padre </w:t>
      </w:r>
      <w:r w:rsidRPr="002B0099">
        <w:rPr>
          <w:rFonts w:cs="Times New Roman"/>
        </w:rPr>
        <w:t xml:space="preserve"> madre </w:t>
      </w:r>
      <w:r w:rsidRPr="002B0099">
        <w:rPr>
          <w:rFonts w:cs="Times New Roman"/>
        </w:rPr>
        <w:t xml:space="preserve"> </w:t>
      </w:r>
      <w:proofErr w:type="spellStart"/>
      <w:r w:rsidRPr="002B0099">
        <w:rPr>
          <w:rFonts w:cs="Times New Roman"/>
        </w:rPr>
        <w:t>tutore</w:t>
      </w:r>
      <w:proofErr w:type="spellEnd"/>
      <w:r w:rsidRPr="002B0099">
        <w:rPr>
          <w:rFonts w:cs="Times New Roman"/>
        </w:rPr>
        <w:t xml:space="preserve">  </w:t>
      </w:r>
      <w:proofErr w:type="spellStart"/>
      <w:r w:rsidRPr="002B0099">
        <w:rPr>
          <w:rFonts w:cs="Times New Roman"/>
        </w:rPr>
        <w:t>del</w:t>
      </w:r>
      <w:r w:rsidR="00856F53" w:rsidRPr="002B0099">
        <w:rPr>
          <w:rFonts w:cs="Times New Roman"/>
        </w:rPr>
        <w:t>l’alunno</w:t>
      </w:r>
      <w:proofErr w:type="spellEnd"/>
      <w:r w:rsidRPr="002B0099">
        <w:rPr>
          <w:rFonts w:cs="Times New Roman"/>
        </w:rPr>
        <w:t xml:space="preserve">/a ________________ ______  </w:t>
      </w:r>
    </w:p>
    <w:p w14:paraId="18F87B66" w14:textId="77777777" w:rsidR="00526C89" w:rsidRPr="002B0099" w:rsidRDefault="002916A9" w:rsidP="00526C89">
      <w:pPr>
        <w:jc w:val="center"/>
        <w:rPr>
          <w:rFonts w:cs="Times New Roman"/>
        </w:rPr>
      </w:pPr>
      <w:r w:rsidRPr="002B0099">
        <w:rPr>
          <w:rFonts w:cs="Times New Roman"/>
          <w:b/>
        </w:rPr>
        <w:t>CHIEDE</w:t>
      </w:r>
    </w:p>
    <w:p w14:paraId="0FA2BFD7" w14:textId="068155AA" w:rsidR="003953B3" w:rsidRDefault="002916A9" w:rsidP="00B525CD">
      <w:pPr>
        <w:jc w:val="both"/>
        <w:rPr>
          <w:rFonts w:cs="Times New Roman"/>
        </w:rPr>
      </w:pPr>
      <w:r w:rsidRPr="002B0099">
        <w:rPr>
          <w:rFonts w:cs="Times New Roman"/>
        </w:rPr>
        <w:t xml:space="preserve"> per lo </w:t>
      </w:r>
      <w:proofErr w:type="spellStart"/>
      <w:r w:rsidRPr="002B0099">
        <w:rPr>
          <w:rFonts w:cs="Times New Roman"/>
        </w:rPr>
        <w:t>stesso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usufruire</w:t>
      </w:r>
      <w:proofErr w:type="spellEnd"/>
      <w:r w:rsidRPr="002B0099">
        <w:rPr>
          <w:rFonts w:cs="Times New Roman"/>
        </w:rPr>
        <w:t xml:space="preserve">  del </w:t>
      </w:r>
      <w:proofErr w:type="spellStart"/>
      <w:r w:rsidRPr="002B0099">
        <w:rPr>
          <w:rFonts w:cs="Times New Roman"/>
        </w:rPr>
        <w:t>servizio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trasporto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mediante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Scuolabus</w:t>
      </w:r>
      <w:proofErr w:type="spellEnd"/>
      <w:r w:rsidRPr="002B0099">
        <w:rPr>
          <w:rFonts w:cs="Times New Roman"/>
        </w:rPr>
        <w:t xml:space="preserve">  per </w:t>
      </w:r>
      <w:proofErr w:type="spellStart"/>
      <w:r w:rsidRPr="002B0099">
        <w:rPr>
          <w:rFonts w:cs="Times New Roman"/>
        </w:rPr>
        <w:t>l’anno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scolastico</w:t>
      </w:r>
      <w:proofErr w:type="spellEnd"/>
      <w:r w:rsidRPr="002B0099">
        <w:rPr>
          <w:rFonts w:cs="Times New Roman"/>
        </w:rPr>
        <w:t xml:space="preserve"> 20</w:t>
      </w:r>
      <w:r w:rsidR="00B525CD">
        <w:rPr>
          <w:rFonts w:cs="Times New Roman"/>
        </w:rPr>
        <w:t>26</w:t>
      </w:r>
      <w:r w:rsidRPr="002B0099">
        <w:rPr>
          <w:rFonts w:cs="Times New Roman"/>
        </w:rPr>
        <w:t>/20</w:t>
      </w:r>
      <w:r w:rsidR="00B525CD">
        <w:rPr>
          <w:rFonts w:cs="Times New Roman"/>
        </w:rPr>
        <w:t>27</w:t>
      </w:r>
      <w:r w:rsidRPr="002B0099">
        <w:rPr>
          <w:rFonts w:cs="Times New Roman"/>
        </w:rPr>
        <w:t xml:space="preserve"> </w:t>
      </w:r>
    </w:p>
    <w:p w14:paraId="71A64F07" w14:textId="77777777" w:rsidR="003953B3" w:rsidRPr="002B0099" w:rsidRDefault="002916A9" w:rsidP="00526C89">
      <w:pPr>
        <w:spacing w:after="0"/>
        <w:jc w:val="both"/>
        <w:rPr>
          <w:rFonts w:cs="Times New Roman"/>
        </w:rPr>
      </w:pPr>
      <w:r w:rsidRPr="002B0099">
        <w:rPr>
          <w:rFonts w:cs="Times New Roman"/>
        </w:rPr>
        <w:t xml:space="preserve">A </w:t>
      </w:r>
      <w:proofErr w:type="spellStart"/>
      <w:r w:rsidRPr="002B0099">
        <w:rPr>
          <w:rFonts w:cs="Times New Roman"/>
        </w:rPr>
        <w:t>tal</w:t>
      </w:r>
      <w:proofErr w:type="spellEnd"/>
      <w:r w:rsidRPr="002B0099">
        <w:rPr>
          <w:rFonts w:cs="Times New Roman"/>
        </w:rPr>
        <w:t xml:space="preserve"> fine, il </w:t>
      </w:r>
      <w:proofErr w:type="spellStart"/>
      <w:r w:rsidRPr="002B0099">
        <w:rPr>
          <w:rFonts w:cs="Times New Roman"/>
        </w:rPr>
        <w:t>richiedente</w:t>
      </w:r>
      <w:proofErr w:type="spellEnd"/>
      <w:r w:rsidRPr="002B0099">
        <w:rPr>
          <w:rFonts w:cs="Times New Roman"/>
        </w:rPr>
        <w:t xml:space="preserve">, ai sensi del D.P.R. 445/00 artt.46 e 47, sotto la propria </w:t>
      </w:r>
      <w:proofErr w:type="spellStart"/>
      <w:r w:rsidRPr="002B0099">
        <w:rPr>
          <w:rFonts w:cs="Times New Roman"/>
        </w:rPr>
        <w:t>responsabilità</w:t>
      </w:r>
      <w:proofErr w:type="spellEnd"/>
      <w:r w:rsidRPr="002B0099">
        <w:rPr>
          <w:rFonts w:cs="Times New Roman"/>
        </w:rPr>
        <w:t xml:space="preserve">,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tutte le </w:t>
      </w:r>
      <w:proofErr w:type="spellStart"/>
      <w:r w:rsidRPr="002B0099">
        <w:rPr>
          <w:rFonts w:cs="Times New Roman"/>
        </w:rPr>
        <w:t>informazioni</w:t>
      </w:r>
      <w:proofErr w:type="spellEnd"/>
      <w:r w:rsidRPr="002B0099">
        <w:rPr>
          <w:rFonts w:cs="Times New Roman"/>
        </w:rPr>
        <w:t xml:space="preserve"> e le </w:t>
      </w:r>
      <w:proofErr w:type="spellStart"/>
      <w:r w:rsidRPr="002B0099">
        <w:rPr>
          <w:rFonts w:cs="Times New Roman"/>
        </w:rPr>
        <w:t>dichiarazioni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fornite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seguito</w:t>
      </w:r>
      <w:proofErr w:type="spellEnd"/>
      <w:r w:rsidRPr="002B0099">
        <w:rPr>
          <w:rFonts w:cs="Times New Roman"/>
        </w:rPr>
        <w:t xml:space="preserve"> e/o </w:t>
      </w:r>
      <w:proofErr w:type="spellStart"/>
      <w:r w:rsidRPr="002B0099">
        <w:rPr>
          <w:rFonts w:cs="Times New Roman"/>
        </w:rPr>
        <w:t>contenute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nella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documentazione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allegata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sono</w:t>
      </w:r>
      <w:proofErr w:type="spellEnd"/>
      <w:r w:rsidRPr="002B0099">
        <w:rPr>
          <w:rFonts w:cs="Times New Roman"/>
        </w:rPr>
        <w:t xml:space="preserve">  </w:t>
      </w:r>
      <w:proofErr w:type="spellStart"/>
      <w:r w:rsidRPr="002B0099">
        <w:rPr>
          <w:rFonts w:cs="Times New Roman"/>
        </w:rPr>
        <w:t>veritiere</w:t>
      </w:r>
      <w:proofErr w:type="spellEnd"/>
      <w:r w:rsidRPr="002B0099">
        <w:rPr>
          <w:rFonts w:cs="Times New Roman"/>
        </w:rPr>
        <w:t xml:space="preserve"> e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è </w:t>
      </w:r>
      <w:proofErr w:type="spellStart"/>
      <w:r w:rsidRPr="002B0099">
        <w:rPr>
          <w:rFonts w:cs="Times New Roman"/>
        </w:rPr>
        <w:t>consapevole</w:t>
      </w:r>
      <w:proofErr w:type="spellEnd"/>
      <w:r w:rsidRPr="002B0099">
        <w:rPr>
          <w:rFonts w:cs="Times New Roman"/>
        </w:rPr>
        <w:t xml:space="preserve"> delle </w:t>
      </w:r>
      <w:proofErr w:type="spellStart"/>
      <w:r w:rsidRPr="002B0099">
        <w:rPr>
          <w:rFonts w:cs="Times New Roman"/>
        </w:rPr>
        <w:t>sanzioni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civili</w:t>
      </w:r>
      <w:proofErr w:type="spellEnd"/>
      <w:r w:rsidRPr="002B0099">
        <w:rPr>
          <w:rFonts w:cs="Times New Roman"/>
        </w:rPr>
        <w:t xml:space="preserve"> e </w:t>
      </w:r>
      <w:proofErr w:type="spellStart"/>
      <w:r w:rsidRPr="002B0099">
        <w:rPr>
          <w:rFonts w:cs="Times New Roman"/>
        </w:rPr>
        <w:t>penali</w:t>
      </w:r>
      <w:proofErr w:type="spellEnd"/>
      <w:r w:rsidRPr="002B0099">
        <w:rPr>
          <w:rFonts w:cs="Times New Roman"/>
        </w:rPr>
        <w:t xml:space="preserve"> a cui </w:t>
      </w:r>
      <w:proofErr w:type="spellStart"/>
      <w:r w:rsidRPr="002B0099">
        <w:rPr>
          <w:rFonts w:cs="Times New Roman"/>
        </w:rPr>
        <w:t>va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incontro</w:t>
      </w:r>
      <w:proofErr w:type="spellEnd"/>
      <w:r w:rsidRPr="002B0099">
        <w:rPr>
          <w:rFonts w:cs="Times New Roman"/>
        </w:rPr>
        <w:t xml:space="preserve"> in </w:t>
      </w:r>
      <w:proofErr w:type="spellStart"/>
      <w:r w:rsidRPr="002B0099">
        <w:rPr>
          <w:rFonts w:cs="Times New Roman"/>
        </w:rPr>
        <w:t>caso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dichiarazioni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mendaci</w:t>
      </w:r>
      <w:proofErr w:type="spellEnd"/>
      <w:r w:rsidRPr="002B0099">
        <w:rPr>
          <w:rFonts w:cs="Times New Roman"/>
        </w:rPr>
        <w:t xml:space="preserve">, </w:t>
      </w:r>
      <w:proofErr w:type="spellStart"/>
      <w:r w:rsidRPr="002B0099">
        <w:rPr>
          <w:rFonts w:cs="Times New Roman"/>
        </w:rPr>
        <w:t>formazione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atti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falsi</w:t>
      </w:r>
      <w:proofErr w:type="spellEnd"/>
      <w:r w:rsidRPr="002B0099">
        <w:rPr>
          <w:rFonts w:cs="Times New Roman"/>
        </w:rPr>
        <w:t xml:space="preserve"> o </w:t>
      </w:r>
      <w:proofErr w:type="spellStart"/>
      <w:r w:rsidRPr="002B0099">
        <w:rPr>
          <w:rFonts w:cs="Times New Roman"/>
        </w:rPr>
        <w:t>esibizione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atti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contenenti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dati</w:t>
      </w:r>
      <w:proofErr w:type="spellEnd"/>
      <w:r w:rsidRPr="002B0099">
        <w:rPr>
          <w:rFonts w:cs="Times New Roman"/>
        </w:rPr>
        <w:t xml:space="preserve"> non </w:t>
      </w:r>
      <w:proofErr w:type="spellStart"/>
      <w:r w:rsidRPr="002B0099">
        <w:rPr>
          <w:rFonts w:cs="Times New Roman"/>
        </w:rPr>
        <w:t>corrispondenti</w:t>
      </w:r>
      <w:proofErr w:type="spellEnd"/>
      <w:r w:rsidRPr="002B0099">
        <w:rPr>
          <w:rFonts w:cs="Times New Roman"/>
        </w:rPr>
        <w:t xml:space="preserve"> a </w:t>
      </w:r>
      <w:proofErr w:type="spellStart"/>
      <w:r w:rsidRPr="002B0099">
        <w:rPr>
          <w:rFonts w:cs="Times New Roman"/>
        </w:rPr>
        <w:t>verità</w:t>
      </w:r>
      <w:proofErr w:type="spellEnd"/>
      <w:r w:rsidRPr="002B0099">
        <w:rPr>
          <w:rFonts w:cs="Times New Roman"/>
        </w:rPr>
        <w:t xml:space="preserve"> (art. 76 D.P.R. 445/00).  </w:t>
      </w:r>
    </w:p>
    <w:p w14:paraId="1432BB07" w14:textId="77777777" w:rsidR="008D7B0A" w:rsidRPr="002B0099" w:rsidRDefault="008D7B0A" w:rsidP="00856F53">
      <w:pPr>
        <w:jc w:val="center"/>
        <w:rPr>
          <w:rFonts w:cs="Times New Roman"/>
          <w:b/>
        </w:rPr>
      </w:pPr>
    </w:p>
    <w:p w14:paraId="793DBC34" w14:textId="77777777" w:rsidR="003953B3" w:rsidRPr="002B0099" w:rsidRDefault="002916A9" w:rsidP="00856F53">
      <w:pPr>
        <w:jc w:val="center"/>
        <w:rPr>
          <w:rFonts w:cs="Times New Roman"/>
          <w:b/>
        </w:rPr>
      </w:pPr>
      <w:r w:rsidRPr="002B0099">
        <w:rPr>
          <w:rFonts w:cs="Times New Roman"/>
          <w:b/>
        </w:rPr>
        <w:t>DICHIARA :</w:t>
      </w:r>
    </w:p>
    <w:p w14:paraId="506A0DBA" w14:textId="77777777" w:rsidR="008D7B0A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Dati </w:t>
      </w:r>
      <w:proofErr w:type="spellStart"/>
      <w:r w:rsidRPr="002B0099">
        <w:rPr>
          <w:rFonts w:cs="Times New Roman"/>
          <w:b/>
        </w:rPr>
        <w:t>del</w:t>
      </w:r>
      <w:r w:rsidR="008D7B0A" w:rsidRPr="002B0099">
        <w:rPr>
          <w:rFonts w:cs="Times New Roman"/>
          <w:b/>
        </w:rPr>
        <w:t>l’alunno</w:t>
      </w:r>
      <w:proofErr w:type="spellEnd"/>
      <w:r w:rsidRPr="002B0099">
        <w:rPr>
          <w:rFonts w:cs="Times New Roman"/>
          <w:b/>
        </w:rPr>
        <w:t xml:space="preserve">/a : </w:t>
      </w:r>
    </w:p>
    <w:p w14:paraId="0F9D75B6" w14:textId="77777777" w:rsidR="003953B3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 </w:t>
      </w:r>
      <w:proofErr w:type="spellStart"/>
      <w:r w:rsidRPr="002B0099">
        <w:rPr>
          <w:rFonts w:cs="Times New Roman"/>
          <w:b/>
        </w:rPr>
        <w:t>Cognome</w:t>
      </w:r>
      <w:proofErr w:type="spellEnd"/>
      <w:r w:rsidRPr="002B0099">
        <w:rPr>
          <w:rFonts w:cs="Times New Roman"/>
          <w:b/>
        </w:rPr>
        <w:t xml:space="preserve"> e Nome :  __________________________________  </w:t>
      </w:r>
    </w:p>
    <w:p w14:paraId="26B97221" w14:textId="77777777" w:rsidR="003953B3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Nato a ____________ _______ il ___/___/____  C.F. _ _ _ _ _ _ _ _ _ _ _ _ _ _ _ _  </w:t>
      </w:r>
    </w:p>
    <w:p w14:paraId="335C1981" w14:textId="77777777" w:rsidR="003953B3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Indirizzo:_______________________________  Comune _________ _____ _____ </w:t>
      </w:r>
    </w:p>
    <w:p w14:paraId="6F4B4892" w14:textId="77777777" w:rsidR="003953B3" w:rsidRPr="002B0099" w:rsidRDefault="002916A9">
      <w:pPr>
        <w:rPr>
          <w:rFonts w:cs="Times New Roman"/>
          <w:b/>
        </w:rPr>
      </w:pPr>
      <w:proofErr w:type="spellStart"/>
      <w:r w:rsidRPr="002B0099">
        <w:rPr>
          <w:rFonts w:cs="Times New Roman"/>
          <w:b/>
        </w:rPr>
        <w:t>Istituzione</w:t>
      </w:r>
      <w:proofErr w:type="spellEnd"/>
      <w:r w:rsidRPr="002B0099">
        <w:rPr>
          <w:rFonts w:cs="Times New Roman"/>
          <w:b/>
        </w:rPr>
        <w:t xml:space="preserve"> </w:t>
      </w:r>
      <w:proofErr w:type="spellStart"/>
      <w:r w:rsidRPr="002B0099">
        <w:rPr>
          <w:rFonts w:cs="Times New Roman"/>
          <w:b/>
        </w:rPr>
        <w:t>scolastica</w:t>
      </w:r>
      <w:proofErr w:type="spellEnd"/>
      <w:r w:rsidRPr="002B0099">
        <w:rPr>
          <w:rFonts w:cs="Times New Roman"/>
          <w:b/>
        </w:rPr>
        <w:t xml:space="preserve">  </w:t>
      </w:r>
      <w:proofErr w:type="spellStart"/>
      <w:r w:rsidRPr="002B0099">
        <w:rPr>
          <w:rFonts w:cs="Times New Roman"/>
          <w:b/>
        </w:rPr>
        <w:t>frequentata</w:t>
      </w:r>
      <w:proofErr w:type="spellEnd"/>
      <w:r w:rsidR="00856F53" w:rsidRPr="002B0099">
        <w:rPr>
          <w:rFonts w:cs="Times New Roman"/>
          <w:b/>
        </w:rPr>
        <w:t xml:space="preserve"> Istituto </w:t>
      </w:r>
      <w:proofErr w:type="spellStart"/>
      <w:r w:rsidR="00856F53" w:rsidRPr="002B0099">
        <w:rPr>
          <w:rFonts w:cs="Times New Roman"/>
          <w:b/>
        </w:rPr>
        <w:t>Comprensivo</w:t>
      </w:r>
      <w:proofErr w:type="spellEnd"/>
      <w:r w:rsidR="00856F53" w:rsidRPr="002B0099">
        <w:rPr>
          <w:rFonts w:cs="Times New Roman"/>
          <w:b/>
        </w:rPr>
        <w:t xml:space="preserve"> S. Chiara</w:t>
      </w:r>
      <w:r w:rsidRPr="002B0099">
        <w:rPr>
          <w:rFonts w:cs="Times New Roman"/>
          <w:b/>
        </w:rPr>
        <w:t xml:space="preserve"> : </w:t>
      </w:r>
    </w:p>
    <w:p w14:paraId="362BF9A8" w14:textId="77777777" w:rsidR="008D7B0A" w:rsidRPr="002B0099" w:rsidRDefault="002916A9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 </w:t>
      </w:r>
      <w:r w:rsidR="00856F53" w:rsidRPr="002B0099">
        <w:rPr>
          <w:rFonts w:cs="Times New Roman"/>
          <w:b/>
        </w:rPr>
        <w:t xml:space="preserve">Scuola </w:t>
      </w:r>
      <w:proofErr w:type="spellStart"/>
      <w:r w:rsidR="00856F53" w:rsidRPr="002B0099">
        <w:rPr>
          <w:rFonts w:cs="Times New Roman"/>
          <w:b/>
        </w:rPr>
        <w:t>primaria</w:t>
      </w:r>
      <w:proofErr w:type="spellEnd"/>
      <w:r w:rsidR="00856F53" w:rsidRPr="002B0099">
        <w:rPr>
          <w:rFonts w:cs="Times New Roman"/>
          <w:b/>
        </w:rPr>
        <w:t xml:space="preserve"> </w:t>
      </w:r>
      <w:proofErr w:type="spellStart"/>
      <w:r w:rsidR="00856F53" w:rsidRPr="002B0099">
        <w:rPr>
          <w:rFonts w:cs="Times New Roman"/>
          <w:b/>
        </w:rPr>
        <w:t>plesso</w:t>
      </w:r>
      <w:proofErr w:type="spellEnd"/>
      <w:r w:rsidR="00856F53" w:rsidRPr="002B0099">
        <w:rPr>
          <w:rFonts w:cs="Times New Roman"/>
          <w:b/>
        </w:rPr>
        <w:t xml:space="preserve"> </w:t>
      </w:r>
      <w:proofErr w:type="spellStart"/>
      <w:r w:rsidR="00856F53" w:rsidRPr="002B0099">
        <w:rPr>
          <w:rFonts w:cs="Times New Roman"/>
          <w:b/>
        </w:rPr>
        <w:t>scolastico</w:t>
      </w:r>
      <w:proofErr w:type="spellEnd"/>
      <w:r w:rsidR="00856F53" w:rsidRPr="002B0099">
        <w:rPr>
          <w:rFonts w:cs="Times New Roman"/>
          <w:b/>
        </w:rPr>
        <w:t xml:space="preserve"> di Piazza Umberto</w:t>
      </w:r>
    </w:p>
    <w:p w14:paraId="50157C2B" w14:textId="77777777" w:rsidR="003953B3" w:rsidRPr="002B0099" w:rsidRDefault="00856F53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 </w:t>
      </w:r>
      <w:proofErr w:type="spellStart"/>
      <w:r w:rsidRPr="002B0099">
        <w:rPr>
          <w:rFonts w:cs="Times New Roman"/>
          <w:b/>
        </w:rPr>
        <w:t>classe</w:t>
      </w:r>
      <w:proofErr w:type="spellEnd"/>
      <w:r w:rsidRPr="002B0099">
        <w:rPr>
          <w:rFonts w:cs="Times New Roman"/>
          <w:b/>
        </w:rPr>
        <w:t xml:space="preserve"> </w:t>
      </w:r>
      <w:r w:rsidR="002916A9" w:rsidRPr="002B0099">
        <w:rPr>
          <w:rFonts w:cs="Times New Roman"/>
          <w:b/>
        </w:rPr>
        <w:t xml:space="preserve"> </w:t>
      </w:r>
      <w:r w:rsidRPr="002B0099">
        <w:rPr>
          <w:rFonts w:cs="Times New Roman"/>
          <w:b/>
        </w:rPr>
        <w:t xml:space="preserve"> 1° </w:t>
      </w:r>
      <w:r w:rsidRPr="002B0099">
        <w:rPr>
          <w:rFonts w:cs="Times New Roman"/>
          <w:b/>
        </w:rPr>
        <w:t xml:space="preserve"> 2° </w:t>
      </w:r>
      <w:r w:rsidRPr="002B0099">
        <w:rPr>
          <w:rFonts w:cs="Times New Roman"/>
          <w:b/>
        </w:rPr>
        <w:t xml:space="preserve"> 3° </w:t>
      </w:r>
      <w:r w:rsidRPr="002B0099">
        <w:rPr>
          <w:rFonts w:cs="Times New Roman"/>
          <w:b/>
        </w:rPr>
        <w:t xml:space="preserve"> 4° </w:t>
      </w:r>
      <w:r w:rsidRPr="002B0099">
        <w:rPr>
          <w:rFonts w:cs="Times New Roman"/>
          <w:b/>
        </w:rPr>
        <w:t> 5°</w:t>
      </w:r>
    </w:p>
    <w:p w14:paraId="63496B2A" w14:textId="77777777" w:rsidR="008D7B0A" w:rsidRPr="002B0099" w:rsidRDefault="002916A9" w:rsidP="00856F53">
      <w:pPr>
        <w:rPr>
          <w:rFonts w:cs="Times New Roman"/>
          <w:b/>
        </w:rPr>
      </w:pPr>
      <w:r w:rsidRPr="002B0099">
        <w:rPr>
          <w:rFonts w:cs="Times New Roman"/>
          <w:b/>
        </w:rPr>
        <w:t xml:space="preserve"> Scuola </w:t>
      </w:r>
      <w:proofErr w:type="spellStart"/>
      <w:r w:rsidR="00856F53" w:rsidRPr="002B0099">
        <w:rPr>
          <w:rFonts w:cs="Times New Roman"/>
          <w:b/>
        </w:rPr>
        <w:t>secondaria</w:t>
      </w:r>
      <w:proofErr w:type="spellEnd"/>
      <w:r w:rsidR="00856F53" w:rsidRPr="002B0099">
        <w:rPr>
          <w:rFonts w:cs="Times New Roman"/>
          <w:b/>
        </w:rPr>
        <w:t xml:space="preserve"> di I </w:t>
      </w:r>
      <w:proofErr w:type="spellStart"/>
      <w:r w:rsidR="00856F53" w:rsidRPr="002B0099">
        <w:rPr>
          <w:rFonts w:cs="Times New Roman"/>
          <w:b/>
        </w:rPr>
        <w:t>grado</w:t>
      </w:r>
      <w:proofErr w:type="spellEnd"/>
      <w:r w:rsidR="00856F53" w:rsidRPr="002B0099">
        <w:rPr>
          <w:rFonts w:cs="Times New Roman"/>
          <w:b/>
        </w:rPr>
        <w:t xml:space="preserve"> </w:t>
      </w:r>
      <w:proofErr w:type="spellStart"/>
      <w:r w:rsidR="00856F53" w:rsidRPr="002B0099">
        <w:rPr>
          <w:rFonts w:cs="Times New Roman"/>
          <w:b/>
        </w:rPr>
        <w:t>plesso</w:t>
      </w:r>
      <w:proofErr w:type="spellEnd"/>
      <w:r w:rsidR="00856F53" w:rsidRPr="002B0099">
        <w:rPr>
          <w:rFonts w:cs="Times New Roman"/>
          <w:b/>
        </w:rPr>
        <w:t xml:space="preserve"> </w:t>
      </w:r>
      <w:proofErr w:type="spellStart"/>
      <w:r w:rsidR="00856F53" w:rsidRPr="002B0099">
        <w:rPr>
          <w:rFonts w:cs="Times New Roman"/>
          <w:b/>
        </w:rPr>
        <w:t>scolastico</w:t>
      </w:r>
      <w:proofErr w:type="spellEnd"/>
      <w:r w:rsidR="00856F53" w:rsidRPr="002B0099">
        <w:rPr>
          <w:rFonts w:cs="Times New Roman"/>
          <w:b/>
        </w:rPr>
        <w:t xml:space="preserve"> Via Maddalena</w:t>
      </w:r>
      <w:r w:rsidRPr="002B0099">
        <w:rPr>
          <w:rFonts w:cs="Times New Roman"/>
          <w:b/>
        </w:rPr>
        <w:t xml:space="preserve"> </w:t>
      </w:r>
      <w:r w:rsidR="00856F53" w:rsidRPr="002B0099">
        <w:rPr>
          <w:rFonts w:cs="Times New Roman"/>
          <w:b/>
        </w:rPr>
        <w:t xml:space="preserve"> </w:t>
      </w:r>
    </w:p>
    <w:p w14:paraId="12A11988" w14:textId="77777777" w:rsidR="00856F53" w:rsidRDefault="00856F53" w:rsidP="00856F53">
      <w:pPr>
        <w:rPr>
          <w:rFonts w:cs="Times New Roman"/>
          <w:b/>
        </w:rPr>
      </w:pPr>
      <w:proofErr w:type="spellStart"/>
      <w:r w:rsidRPr="002B0099">
        <w:rPr>
          <w:rFonts w:cs="Times New Roman"/>
          <w:b/>
        </w:rPr>
        <w:t>classe</w:t>
      </w:r>
      <w:proofErr w:type="spellEnd"/>
      <w:r w:rsidRPr="002B0099">
        <w:rPr>
          <w:rFonts w:cs="Times New Roman"/>
          <w:b/>
        </w:rPr>
        <w:t xml:space="preserve"> </w:t>
      </w:r>
      <w:r w:rsidR="002916A9" w:rsidRPr="002B0099">
        <w:rPr>
          <w:rFonts w:cs="Times New Roman"/>
          <w:b/>
        </w:rPr>
        <w:t xml:space="preserve"> </w:t>
      </w:r>
      <w:r w:rsidRPr="002B0099">
        <w:rPr>
          <w:rFonts w:cs="Times New Roman"/>
          <w:b/>
        </w:rPr>
        <w:t xml:space="preserve"> 1° </w:t>
      </w:r>
      <w:r w:rsidRPr="002B0099">
        <w:rPr>
          <w:rFonts w:cs="Times New Roman"/>
          <w:b/>
        </w:rPr>
        <w:t xml:space="preserve"> 2° </w:t>
      </w:r>
      <w:r w:rsidRPr="002B0099">
        <w:rPr>
          <w:rFonts w:cs="Times New Roman"/>
          <w:b/>
        </w:rPr>
        <w:t xml:space="preserve"> 3°  </w:t>
      </w:r>
    </w:p>
    <w:p w14:paraId="495D1FC4" w14:textId="77777777" w:rsidR="002B0099" w:rsidRPr="002B0099" w:rsidRDefault="002B0099" w:rsidP="00856F53">
      <w:pPr>
        <w:rPr>
          <w:rFonts w:cs="Times New Roman"/>
          <w:b/>
        </w:rPr>
      </w:pPr>
    </w:p>
    <w:p w14:paraId="1498863C" w14:textId="77777777" w:rsidR="002F30EC" w:rsidRDefault="002F30EC" w:rsidP="008D7B0A">
      <w:pPr>
        <w:ind w:left="2160" w:firstLine="720"/>
        <w:rPr>
          <w:rFonts w:cs="Times New Roman"/>
        </w:rPr>
      </w:pPr>
    </w:p>
    <w:p w14:paraId="3A627215" w14:textId="77777777" w:rsidR="002F30EC" w:rsidRDefault="002F30EC" w:rsidP="008D7B0A">
      <w:pPr>
        <w:ind w:left="2160" w:firstLine="720"/>
        <w:rPr>
          <w:rFonts w:cs="Times New Roman"/>
        </w:rPr>
      </w:pPr>
    </w:p>
    <w:p w14:paraId="6DBF51A3" w14:textId="77777777" w:rsidR="002F30EC" w:rsidRDefault="002F30EC" w:rsidP="008D7B0A">
      <w:pPr>
        <w:ind w:left="2160" w:firstLine="720"/>
        <w:rPr>
          <w:rFonts w:cs="Times New Roman"/>
        </w:rPr>
      </w:pPr>
    </w:p>
    <w:p w14:paraId="5FABDB64" w14:textId="77777777" w:rsidR="008D7B0A" w:rsidRPr="002B0099" w:rsidRDefault="008D7B0A" w:rsidP="008D7B0A">
      <w:pPr>
        <w:ind w:left="2160" w:firstLine="720"/>
        <w:rPr>
          <w:rFonts w:cs="Times New Roman"/>
          <w:b/>
        </w:rPr>
      </w:pPr>
      <w:proofErr w:type="spellStart"/>
      <w:r w:rsidRPr="002B0099">
        <w:rPr>
          <w:rFonts w:cs="Times New Roman"/>
        </w:rPr>
        <w:lastRenderedPageBreak/>
        <w:t>Inoltre</w:t>
      </w:r>
      <w:proofErr w:type="spellEnd"/>
      <w:r w:rsidRPr="002B0099">
        <w:rPr>
          <w:rFonts w:cs="Times New Roman"/>
        </w:rPr>
        <w:t xml:space="preserve"> </w:t>
      </w:r>
      <w:r w:rsidR="00F936D8">
        <w:rPr>
          <w:rFonts w:cs="Times New Roman"/>
        </w:rPr>
        <w:t xml:space="preserve"> </w:t>
      </w:r>
      <w:r w:rsidRPr="002B0099">
        <w:rPr>
          <w:rFonts w:cs="Times New Roman"/>
          <w:b/>
        </w:rPr>
        <w:t xml:space="preserve">DICHIARA </w:t>
      </w:r>
    </w:p>
    <w:p w14:paraId="5F0C6ADC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 sotto la propria </w:t>
      </w:r>
      <w:proofErr w:type="spellStart"/>
      <w:r w:rsidRPr="002B0099">
        <w:rPr>
          <w:rFonts w:cs="Times New Roman"/>
        </w:rPr>
        <w:t>responsabilità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quanto</w:t>
      </w:r>
      <w:proofErr w:type="spellEnd"/>
      <w:r w:rsidRPr="002B0099">
        <w:rPr>
          <w:rFonts w:cs="Times New Roman"/>
        </w:rPr>
        <w:t xml:space="preserve"> segue : </w:t>
      </w:r>
    </w:p>
    <w:p w14:paraId="7A6C6A76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F30EC">
        <w:rPr>
          <w:rFonts w:cs="Times New Roman"/>
        </w:rPr>
        <w:t xml:space="preserve"> </w:t>
      </w:r>
      <w:r w:rsidRPr="002B0099">
        <w:rPr>
          <w:rFonts w:cs="Times New Roman"/>
        </w:rPr>
        <w:t xml:space="preserve">Di </w:t>
      </w:r>
      <w:proofErr w:type="spellStart"/>
      <w:r w:rsidRPr="002B0099">
        <w:rPr>
          <w:rFonts w:cs="Times New Roman"/>
        </w:rPr>
        <w:t>impegnarsi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ad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essere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giornalmente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presente</w:t>
      </w:r>
      <w:proofErr w:type="spellEnd"/>
      <w:r w:rsidRPr="002B0099">
        <w:rPr>
          <w:rFonts w:cs="Times New Roman"/>
        </w:rPr>
        <w:t xml:space="preserve"> a </w:t>
      </w:r>
      <w:proofErr w:type="spellStart"/>
      <w:r w:rsidRPr="002B0099">
        <w:rPr>
          <w:rFonts w:cs="Times New Roman"/>
        </w:rPr>
        <w:t>ricevere</w:t>
      </w:r>
      <w:proofErr w:type="spellEnd"/>
      <w:r w:rsidRPr="002B0099">
        <w:rPr>
          <w:rFonts w:cs="Times New Roman"/>
        </w:rPr>
        <w:t xml:space="preserve"> alla fermata dello scuolabus </w:t>
      </w:r>
    </w:p>
    <w:p w14:paraId="2C3D2A54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prestabilita il bambino;  </w:t>
      </w:r>
    </w:p>
    <w:p w14:paraId="418D9CED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 Di delegare , in caso di impedimento, per  ricevere il bambino alla fermata il sig. </w:t>
      </w:r>
    </w:p>
    <w:p w14:paraId="70CA03B7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__________ _____ ______________ ___ ( </w:t>
      </w:r>
      <w:proofErr w:type="spellStart"/>
      <w:r w:rsidRPr="002B0099">
        <w:rPr>
          <w:rFonts w:cs="Times New Roman"/>
        </w:rPr>
        <w:t>soggetto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adulto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maggiorenne</w:t>
      </w:r>
      <w:proofErr w:type="spellEnd"/>
      <w:r w:rsidRPr="002B0099">
        <w:rPr>
          <w:rFonts w:cs="Times New Roman"/>
        </w:rPr>
        <w:t xml:space="preserve"> di cui </w:t>
      </w:r>
      <w:proofErr w:type="spellStart"/>
      <w:r w:rsidRPr="002B0099">
        <w:rPr>
          <w:rFonts w:cs="Times New Roman"/>
        </w:rPr>
        <w:t>si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allega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copia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documento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riconoscimento</w:t>
      </w:r>
      <w:proofErr w:type="spellEnd"/>
      <w:r w:rsidRPr="002B0099">
        <w:rPr>
          <w:rFonts w:cs="Times New Roman"/>
        </w:rPr>
        <w:t xml:space="preserve"> );  </w:t>
      </w:r>
    </w:p>
    <w:p w14:paraId="10FD7899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 Di </w:t>
      </w:r>
      <w:proofErr w:type="spellStart"/>
      <w:r w:rsidRPr="002B0099">
        <w:rPr>
          <w:rFonts w:cs="Times New Roman"/>
        </w:rPr>
        <w:t>autorizzare</w:t>
      </w:r>
      <w:proofErr w:type="spellEnd"/>
      <w:r w:rsidRPr="002B0099">
        <w:rPr>
          <w:rFonts w:cs="Times New Roman"/>
        </w:rPr>
        <w:t xml:space="preserve"> a </w:t>
      </w:r>
      <w:proofErr w:type="spellStart"/>
      <w:r w:rsidRPr="002B0099">
        <w:rPr>
          <w:rFonts w:cs="Times New Roman"/>
        </w:rPr>
        <w:t>lasciare</w:t>
      </w:r>
      <w:proofErr w:type="spellEnd"/>
      <w:r w:rsidRPr="002B0099">
        <w:rPr>
          <w:rFonts w:cs="Times New Roman"/>
        </w:rPr>
        <w:t xml:space="preserve"> il bambino alla fermata </w:t>
      </w:r>
      <w:proofErr w:type="spellStart"/>
      <w:r w:rsidRPr="002B0099">
        <w:rPr>
          <w:rFonts w:cs="Times New Roman"/>
        </w:rPr>
        <w:t>affinché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rientri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autonomamente</w:t>
      </w:r>
      <w:proofErr w:type="spellEnd"/>
      <w:r w:rsidRPr="002B0099">
        <w:rPr>
          <w:rFonts w:cs="Times New Roman"/>
        </w:rPr>
        <w:t xml:space="preserve"> </w:t>
      </w:r>
    </w:p>
    <w:p w14:paraId="67083576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proofErr w:type="spellStart"/>
      <w:r w:rsidRPr="002B0099">
        <w:rPr>
          <w:rFonts w:cs="Times New Roman"/>
        </w:rPr>
        <w:t>all’abitazione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assumendo</w:t>
      </w:r>
      <w:proofErr w:type="spellEnd"/>
      <w:r w:rsidRPr="002B0099">
        <w:rPr>
          <w:rFonts w:cs="Times New Roman"/>
        </w:rPr>
        <w:t xml:space="preserve"> ogni </w:t>
      </w:r>
      <w:proofErr w:type="spellStart"/>
      <w:r w:rsidRPr="002B0099">
        <w:rPr>
          <w:rFonts w:cs="Times New Roman"/>
        </w:rPr>
        <w:t>responsabilità</w:t>
      </w:r>
      <w:proofErr w:type="spellEnd"/>
      <w:r w:rsidRPr="002B0099">
        <w:rPr>
          <w:rFonts w:cs="Times New Roman"/>
        </w:rPr>
        <w:t xml:space="preserve"> in </w:t>
      </w:r>
      <w:proofErr w:type="spellStart"/>
      <w:r w:rsidRPr="002B0099">
        <w:rPr>
          <w:rFonts w:cs="Times New Roman"/>
        </w:rPr>
        <w:t>merito</w:t>
      </w:r>
      <w:proofErr w:type="spellEnd"/>
      <w:r w:rsidRPr="002B0099">
        <w:rPr>
          <w:rFonts w:cs="Times New Roman"/>
        </w:rPr>
        <w:t xml:space="preserve"> (solo per </w:t>
      </w:r>
      <w:proofErr w:type="spellStart"/>
      <w:r w:rsidRPr="002B0099">
        <w:rPr>
          <w:rFonts w:cs="Times New Roman"/>
        </w:rPr>
        <w:t>gli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alunni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frequentano</w:t>
      </w:r>
      <w:proofErr w:type="spellEnd"/>
      <w:r w:rsidRPr="002B0099">
        <w:rPr>
          <w:rFonts w:cs="Times New Roman"/>
        </w:rPr>
        <w:t xml:space="preserve"> la </w:t>
      </w:r>
      <w:proofErr w:type="spellStart"/>
      <w:r w:rsidRPr="002B0099">
        <w:rPr>
          <w:rFonts w:cs="Times New Roman"/>
        </w:rPr>
        <w:t>scuola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secondaria</w:t>
      </w:r>
      <w:proofErr w:type="spellEnd"/>
      <w:r w:rsidRPr="002B0099">
        <w:rPr>
          <w:rFonts w:cs="Times New Roman"/>
        </w:rPr>
        <w:t xml:space="preserve"> di 1° </w:t>
      </w:r>
      <w:proofErr w:type="spellStart"/>
      <w:r w:rsidRPr="002B0099">
        <w:rPr>
          <w:rFonts w:cs="Times New Roman"/>
        </w:rPr>
        <w:t>grado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ovvero</w:t>
      </w:r>
      <w:proofErr w:type="spellEnd"/>
      <w:r w:rsidRPr="002B0099">
        <w:rPr>
          <w:rFonts w:cs="Times New Roman"/>
        </w:rPr>
        <w:t xml:space="preserve"> le </w:t>
      </w:r>
      <w:proofErr w:type="spellStart"/>
      <w:r w:rsidRPr="002B0099">
        <w:rPr>
          <w:rFonts w:cs="Times New Roman"/>
        </w:rPr>
        <w:t>classi</w:t>
      </w:r>
      <w:proofErr w:type="spellEnd"/>
      <w:r w:rsidRPr="002B0099">
        <w:rPr>
          <w:rFonts w:cs="Times New Roman"/>
        </w:rPr>
        <w:t xml:space="preserve"> 4° e 5° della scuola primaria ); </w:t>
      </w:r>
    </w:p>
    <w:p w14:paraId="40F7CC54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 Di </w:t>
      </w:r>
      <w:proofErr w:type="spellStart"/>
      <w:r w:rsidRPr="002B0099">
        <w:rPr>
          <w:rFonts w:cs="Times New Roman"/>
        </w:rPr>
        <w:t>essere</w:t>
      </w:r>
      <w:proofErr w:type="spellEnd"/>
      <w:r w:rsidRPr="002B0099">
        <w:rPr>
          <w:rFonts w:cs="Times New Roman"/>
        </w:rPr>
        <w:t xml:space="preserve"> a </w:t>
      </w:r>
      <w:proofErr w:type="spellStart"/>
      <w:r w:rsidRPr="002B0099">
        <w:rPr>
          <w:rFonts w:cs="Times New Roman"/>
        </w:rPr>
        <w:t>conoscenza</w:t>
      </w:r>
      <w:proofErr w:type="spellEnd"/>
      <w:r w:rsidRPr="002B0099">
        <w:rPr>
          <w:rFonts w:cs="Times New Roman"/>
        </w:rPr>
        <w:t xml:space="preserve"> c he il </w:t>
      </w:r>
      <w:proofErr w:type="spellStart"/>
      <w:r w:rsidRPr="002B0099">
        <w:rPr>
          <w:rFonts w:cs="Times New Roman"/>
        </w:rPr>
        <w:t>servizio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scuolabus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viene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erogato</w:t>
      </w:r>
      <w:proofErr w:type="spellEnd"/>
      <w:r w:rsidRPr="002B0099">
        <w:rPr>
          <w:rFonts w:cs="Times New Roman"/>
        </w:rPr>
        <w:t xml:space="preserve"> secondo le </w:t>
      </w:r>
      <w:proofErr w:type="spellStart"/>
      <w:r w:rsidRPr="002B0099">
        <w:rPr>
          <w:rFonts w:cs="Times New Roman"/>
        </w:rPr>
        <w:t>modalità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="008D7B0A" w:rsidRPr="002B0099">
        <w:rPr>
          <w:rFonts w:cs="Times New Roman"/>
        </w:rPr>
        <w:t>stabilite</w:t>
      </w:r>
      <w:proofErr w:type="spellEnd"/>
      <w:r w:rsidR="008D7B0A" w:rsidRPr="002B0099">
        <w:rPr>
          <w:rFonts w:cs="Times New Roman"/>
        </w:rPr>
        <w:t xml:space="preserve"> </w:t>
      </w:r>
      <w:proofErr w:type="spellStart"/>
      <w:r w:rsidR="008D7B0A" w:rsidRPr="002B0099">
        <w:rPr>
          <w:rFonts w:cs="Times New Roman"/>
        </w:rPr>
        <w:t>dall’Amministrazione</w:t>
      </w:r>
      <w:proofErr w:type="spellEnd"/>
      <w:r w:rsidR="008D7B0A" w:rsidRPr="002B0099">
        <w:rPr>
          <w:rFonts w:cs="Times New Roman"/>
        </w:rPr>
        <w:t xml:space="preserve"> Comunale,</w:t>
      </w:r>
      <w:r w:rsidRPr="002B0099">
        <w:rPr>
          <w:rFonts w:cs="Times New Roman"/>
        </w:rPr>
        <w:t xml:space="preserve"> e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nel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caso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comportamenti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irrispettosi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pregiudichino</w:t>
      </w:r>
      <w:proofErr w:type="spellEnd"/>
      <w:r w:rsidRPr="002B0099">
        <w:rPr>
          <w:rFonts w:cs="Times New Roman"/>
        </w:rPr>
        <w:t xml:space="preserve"> la </w:t>
      </w:r>
      <w:proofErr w:type="spellStart"/>
      <w:r w:rsidRPr="002B0099">
        <w:rPr>
          <w:rFonts w:cs="Times New Roman"/>
        </w:rPr>
        <w:t>sicurezza</w:t>
      </w:r>
      <w:proofErr w:type="spellEnd"/>
      <w:r w:rsidRPr="002B0099">
        <w:rPr>
          <w:rFonts w:cs="Times New Roman"/>
        </w:rPr>
        <w:t xml:space="preserve"> del </w:t>
      </w:r>
      <w:proofErr w:type="spellStart"/>
      <w:r w:rsidRPr="002B0099">
        <w:rPr>
          <w:rFonts w:cs="Times New Roman"/>
        </w:rPr>
        <w:t>trasporto</w:t>
      </w:r>
      <w:proofErr w:type="spellEnd"/>
      <w:r w:rsidRPr="002B0099">
        <w:rPr>
          <w:rFonts w:cs="Times New Roman"/>
        </w:rPr>
        <w:t xml:space="preserve"> il </w:t>
      </w:r>
      <w:proofErr w:type="spellStart"/>
      <w:r w:rsidRPr="002B0099">
        <w:rPr>
          <w:rFonts w:cs="Times New Roman"/>
        </w:rPr>
        <w:t>servizio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potrà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essere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sospeso</w:t>
      </w:r>
      <w:proofErr w:type="spellEnd"/>
      <w:r w:rsidRPr="002B0099">
        <w:rPr>
          <w:rFonts w:cs="Times New Roman"/>
        </w:rPr>
        <w:t xml:space="preserve"> </w:t>
      </w:r>
    </w:p>
    <w:p w14:paraId="7D6691E5" w14:textId="77777777" w:rsidR="003953B3" w:rsidRPr="002B0099" w:rsidRDefault="002916A9" w:rsidP="002F30EC">
      <w:pPr>
        <w:spacing w:after="0" w:line="360" w:lineRule="auto"/>
        <w:jc w:val="both"/>
        <w:rPr>
          <w:rFonts w:cs="Times New Roman"/>
        </w:rPr>
      </w:pPr>
      <w:r w:rsidRPr="002B0099">
        <w:rPr>
          <w:rFonts w:cs="Times New Roman"/>
        </w:rPr>
        <w:t xml:space="preserve"> Di </w:t>
      </w:r>
      <w:proofErr w:type="spellStart"/>
      <w:r w:rsidRPr="002B0099">
        <w:rPr>
          <w:rFonts w:cs="Times New Roman"/>
        </w:rPr>
        <w:t>impegnarsi</w:t>
      </w:r>
      <w:proofErr w:type="spellEnd"/>
      <w:r w:rsidRPr="002B0099">
        <w:rPr>
          <w:rFonts w:cs="Times New Roman"/>
        </w:rPr>
        <w:t xml:space="preserve"> a </w:t>
      </w:r>
      <w:proofErr w:type="spellStart"/>
      <w:r w:rsidRPr="002B0099">
        <w:rPr>
          <w:rFonts w:cs="Times New Roman"/>
        </w:rPr>
        <w:t>comunicare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tempestivamente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all’ufficio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Pubblica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Istruzione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l’eventuale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rinuncia</w:t>
      </w:r>
      <w:proofErr w:type="spellEnd"/>
      <w:r w:rsidRPr="002B0099">
        <w:rPr>
          <w:rFonts w:cs="Times New Roman"/>
        </w:rPr>
        <w:t xml:space="preserve"> al </w:t>
      </w:r>
      <w:proofErr w:type="spellStart"/>
      <w:r w:rsidRPr="002B0099">
        <w:rPr>
          <w:rFonts w:cs="Times New Roman"/>
        </w:rPr>
        <w:t>servizio</w:t>
      </w:r>
      <w:proofErr w:type="spellEnd"/>
      <w:r w:rsidRPr="002B0099">
        <w:rPr>
          <w:rFonts w:cs="Times New Roman"/>
        </w:rPr>
        <w:t xml:space="preserve"> o </w:t>
      </w:r>
      <w:proofErr w:type="spellStart"/>
      <w:r w:rsidRPr="002B0099">
        <w:rPr>
          <w:rFonts w:cs="Times New Roman"/>
        </w:rPr>
        <w:t>qualsiasi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variazione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relativa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allo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stesso</w:t>
      </w:r>
      <w:proofErr w:type="spellEnd"/>
      <w:r w:rsidRPr="002B0099">
        <w:rPr>
          <w:rFonts w:cs="Times New Roman"/>
        </w:rPr>
        <w:t xml:space="preserve">;  </w:t>
      </w:r>
    </w:p>
    <w:p w14:paraId="62F80729" w14:textId="256077A8" w:rsidR="003953B3" w:rsidRPr="002B0099" w:rsidRDefault="002916A9" w:rsidP="00856F53">
      <w:pPr>
        <w:spacing w:after="0" w:line="240" w:lineRule="auto"/>
        <w:rPr>
          <w:rFonts w:cs="Times New Roman"/>
        </w:rPr>
      </w:pPr>
      <w:proofErr w:type="spellStart"/>
      <w:r w:rsidRPr="002B0099">
        <w:rPr>
          <w:rFonts w:cs="Times New Roman"/>
        </w:rPr>
        <w:t>Informativa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trattamento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dati</w:t>
      </w:r>
      <w:proofErr w:type="spellEnd"/>
      <w:r w:rsidRPr="002B0099">
        <w:rPr>
          <w:rFonts w:cs="Times New Roman"/>
        </w:rPr>
        <w:t xml:space="preserve"> :Il/la </w:t>
      </w:r>
      <w:proofErr w:type="spellStart"/>
      <w:r w:rsidRPr="002B0099">
        <w:rPr>
          <w:rFonts w:cs="Times New Roman"/>
        </w:rPr>
        <w:t>sottoscritto</w:t>
      </w:r>
      <w:proofErr w:type="spellEnd"/>
      <w:r w:rsidRPr="002B0099">
        <w:rPr>
          <w:rFonts w:cs="Times New Roman"/>
        </w:rPr>
        <w:t xml:space="preserve">/a </w:t>
      </w:r>
      <w:proofErr w:type="spellStart"/>
      <w:r w:rsidRPr="002B0099">
        <w:rPr>
          <w:rFonts w:cs="Times New Roman"/>
        </w:rPr>
        <w:t>dichiara</w:t>
      </w:r>
      <w:proofErr w:type="spellEnd"/>
      <w:r w:rsidRPr="002B0099">
        <w:rPr>
          <w:rFonts w:cs="Times New Roman"/>
        </w:rPr>
        <w:t xml:space="preserve"> di essere consapevole che </w:t>
      </w:r>
    </w:p>
    <w:p w14:paraId="60378B3B" w14:textId="6B0EAE50" w:rsidR="003953B3" w:rsidRPr="002B0099" w:rsidRDefault="002916A9" w:rsidP="00526C89">
      <w:pPr>
        <w:spacing w:after="0" w:line="240" w:lineRule="auto"/>
        <w:jc w:val="both"/>
        <w:rPr>
          <w:rFonts w:cs="Times New Roman"/>
        </w:rPr>
      </w:pPr>
      <w:proofErr w:type="spellStart"/>
      <w:r w:rsidRPr="002B0099">
        <w:rPr>
          <w:rFonts w:cs="Times New Roman"/>
        </w:rPr>
        <w:t>l’Amministrazione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comunale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può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utilizzare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dati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contenuti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nella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presente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autocertificazione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esclusivamente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nell’ambito</w:t>
      </w:r>
      <w:proofErr w:type="spellEnd"/>
      <w:r w:rsidRPr="002B0099">
        <w:rPr>
          <w:rFonts w:cs="Times New Roman"/>
        </w:rPr>
        <w:t xml:space="preserve"> e per </w:t>
      </w:r>
      <w:proofErr w:type="spellStart"/>
      <w:r w:rsidRPr="002B0099">
        <w:rPr>
          <w:rFonts w:cs="Times New Roman"/>
        </w:rPr>
        <w:t>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fini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istituzionali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propri</w:t>
      </w:r>
      <w:proofErr w:type="spellEnd"/>
      <w:r w:rsidRPr="002B0099">
        <w:rPr>
          <w:rFonts w:cs="Times New Roman"/>
        </w:rPr>
        <w:t xml:space="preserve"> della </w:t>
      </w:r>
      <w:proofErr w:type="spellStart"/>
      <w:r w:rsidRPr="002B0099">
        <w:rPr>
          <w:rFonts w:cs="Times New Roman"/>
        </w:rPr>
        <w:t>Pubblica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Amministrazione</w:t>
      </w:r>
      <w:proofErr w:type="spellEnd"/>
      <w:r w:rsidRPr="002B0099">
        <w:rPr>
          <w:rFonts w:cs="Times New Roman"/>
        </w:rPr>
        <w:t xml:space="preserve"> (Legge 31/12/96, n</w:t>
      </w:r>
      <w:r w:rsidR="00026C79">
        <w:rPr>
          <w:rFonts w:cs="Times New Roman"/>
        </w:rPr>
        <w:t>.</w:t>
      </w:r>
      <w:r w:rsidRPr="002B0099">
        <w:rPr>
          <w:rFonts w:cs="Times New Roman"/>
        </w:rPr>
        <w:t xml:space="preserve">  675 “Tutela dell a Privacy</w:t>
      </w:r>
      <w:r w:rsidR="00026C79">
        <w:rPr>
          <w:rFonts w:cs="Times New Roman"/>
        </w:rPr>
        <w:t>”</w:t>
      </w:r>
      <w:r w:rsidRPr="002B0099">
        <w:rPr>
          <w:rFonts w:cs="Times New Roman"/>
        </w:rPr>
        <w:t xml:space="preserve">, art. 27, e </w:t>
      </w:r>
      <w:proofErr w:type="spellStart"/>
      <w:r w:rsidRPr="002B0099">
        <w:rPr>
          <w:rFonts w:cs="Times New Roman"/>
        </w:rPr>
        <w:t>Regolamento</w:t>
      </w:r>
      <w:proofErr w:type="spellEnd"/>
      <w:r w:rsidRPr="002B0099">
        <w:rPr>
          <w:rFonts w:cs="Times New Roman"/>
        </w:rPr>
        <w:t xml:space="preserve"> (UE) 2016/679 (RGPD) </w:t>
      </w:r>
      <w:proofErr w:type="spellStart"/>
      <w:r w:rsidRPr="002B0099">
        <w:rPr>
          <w:rFonts w:cs="Times New Roman"/>
        </w:rPr>
        <w:t>relativo</w:t>
      </w:r>
      <w:proofErr w:type="spellEnd"/>
      <w:r w:rsidRPr="002B0099">
        <w:rPr>
          <w:rFonts w:cs="Times New Roman"/>
        </w:rPr>
        <w:t xml:space="preserve"> alla </w:t>
      </w:r>
      <w:proofErr w:type="spellStart"/>
      <w:r w:rsidRPr="002B0099">
        <w:rPr>
          <w:rFonts w:cs="Times New Roman"/>
        </w:rPr>
        <w:t>protezione</w:t>
      </w:r>
      <w:proofErr w:type="spellEnd"/>
      <w:r w:rsidRPr="002B0099">
        <w:rPr>
          <w:rFonts w:cs="Times New Roman"/>
        </w:rPr>
        <w:t xml:space="preserve"> delle </w:t>
      </w:r>
      <w:proofErr w:type="spellStart"/>
      <w:r w:rsidRPr="002B0099">
        <w:rPr>
          <w:rFonts w:cs="Times New Roman"/>
        </w:rPr>
        <w:t>persone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fisiche</w:t>
      </w:r>
      <w:proofErr w:type="spellEnd"/>
      <w:r w:rsidRPr="002B0099">
        <w:rPr>
          <w:rFonts w:cs="Times New Roman"/>
        </w:rPr>
        <w:t xml:space="preserve"> con </w:t>
      </w:r>
      <w:proofErr w:type="spellStart"/>
      <w:r w:rsidRPr="002B0099">
        <w:rPr>
          <w:rFonts w:cs="Times New Roman"/>
        </w:rPr>
        <w:t>riguardo</w:t>
      </w:r>
      <w:proofErr w:type="spellEnd"/>
      <w:r w:rsidRPr="002B0099">
        <w:rPr>
          <w:rFonts w:cs="Times New Roman"/>
        </w:rPr>
        <w:t xml:space="preserve"> al </w:t>
      </w:r>
      <w:proofErr w:type="spellStart"/>
      <w:r w:rsidRPr="002B0099">
        <w:rPr>
          <w:rFonts w:cs="Times New Roman"/>
        </w:rPr>
        <w:t>trattamento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dei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dati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personali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nonché</w:t>
      </w:r>
      <w:proofErr w:type="spellEnd"/>
      <w:r w:rsidRPr="002B0099">
        <w:rPr>
          <w:rFonts w:cs="Times New Roman"/>
        </w:rPr>
        <w:t xml:space="preserve"> alla libera </w:t>
      </w:r>
      <w:proofErr w:type="spellStart"/>
      <w:r w:rsidRPr="002B0099">
        <w:rPr>
          <w:rFonts w:cs="Times New Roman"/>
        </w:rPr>
        <w:t>circolazione</w:t>
      </w:r>
      <w:proofErr w:type="spellEnd"/>
      <w:r w:rsidRPr="002B0099">
        <w:rPr>
          <w:rFonts w:cs="Times New Roman"/>
        </w:rPr>
        <w:t xml:space="preserve"> di </w:t>
      </w:r>
      <w:proofErr w:type="spellStart"/>
      <w:r w:rsidRPr="002B0099">
        <w:rPr>
          <w:rFonts w:cs="Times New Roman"/>
        </w:rPr>
        <w:t>tali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dati</w:t>
      </w:r>
      <w:proofErr w:type="spellEnd"/>
      <w:r w:rsidRPr="002B0099">
        <w:rPr>
          <w:rFonts w:cs="Times New Roman"/>
        </w:rPr>
        <w:t xml:space="preserve">, </w:t>
      </w:r>
      <w:proofErr w:type="spellStart"/>
      <w:r w:rsidR="00026C79">
        <w:rPr>
          <w:rFonts w:cs="Times New Roman"/>
        </w:rPr>
        <w:t>artt</w:t>
      </w:r>
      <w:proofErr w:type="spellEnd"/>
      <w:r w:rsidR="00026C79">
        <w:rPr>
          <w:rFonts w:cs="Times New Roman"/>
        </w:rPr>
        <w:t>.</w:t>
      </w:r>
      <w:r w:rsidRPr="002B0099">
        <w:rPr>
          <w:rFonts w:cs="Times New Roman"/>
        </w:rPr>
        <w:t xml:space="preserve"> 13 e 14 ) e </w:t>
      </w:r>
      <w:proofErr w:type="spellStart"/>
      <w:r w:rsidRPr="002B0099">
        <w:rPr>
          <w:rFonts w:cs="Times New Roman"/>
        </w:rPr>
        <w:t>che</w:t>
      </w:r>
      <w:proofErr w:type="spellEnd"/>
      <w:r w:rsidRPr="002B0099">
        <w:rPr>
          <w:rFonts w:cs="Times New Roman"/>
        </w:rPr>
        <w:t xml:space="preserve"> la </w:t>
      </w:r>
      <w:proofErr w:type="spellStart"/>
      <w:r w:rsidRPr="002B0099">
        <w:rPr>
          <w:rFonts w:cs="Times New Roman"/>
        </w:rPr>
        <w:t>graduatoria</w:t>
      </w:r>
      <w:proofErr w:type="spellEnd"/>
      <w:r w:rsidRPr="002B0099">
        <w:rPr>
          <w:rFonts w:cs="Times New Roman"/>
        </w:rPr>
        <w:t xml:space="preserve"> degli </w:t>
      </w:r>
      <w:proofErr w:type="spellStart"/>
      <w:r w:rsidRPr="002B0099">
        <w:rPr>
          <w:rFonts w:cs="Times New Roman"/>
        </w:rPr>
        <w:t>iscritti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verrà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pubblicata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anche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sul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sito</w:t>
      </w:r>
      <w:proofErr w:type="spellEnd"/>
      <w:r w:rsidRPr="002B0099">
        <w:rPr>
          <w:rFonts w:cs="Times New Roman"/>
        </w:rPr>
        <w:t xml:space="preserve"> web </w:t>
      </w:r>
      <w:proofErr w:type="spellStart"/>
      <w:r w:rsidRPr="002B0099">
        <w:rPr>
          <w:rFonts w:cs="Times New Roman"/>
        </w:rPr>
        <w:t>comunale</w:t>
      </w:r>
      <w:proofErr w:type="spellEnd"/>
      <w:r w:rsidRPr="002B0099">
        <w:rPr>
          <w:rFonts w:cs="Times New Roman"/>
        </w:rPr>
        <w:t xml:space="preserve">.  </w:t>
      </w:r>
    </w:p>
    <w:p w14:paraId="4DE54062" w14:textId="77777777" w:rsidR="00526C89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      </w:t>
      </w:r>
    </w:p>
    <w:p w14:paraId="6EE3C34B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Firma</w:t>
      </w:r>
      <w:proofErr w:type="spellEnd"/>
      <w:r w:rsidRPr="002B0099">
        <w:rPr>
          <w:rFonts w:cs="Times New Roman"/>
        </w:rPr>
        <w:t xml:space="preserve"> del </w:t>
      </w:r>
      <w:proofErr w:type="spellStart"/>
      <w:r w:rsidRPr="002B0099">
        <w:rPr>
          <w:rFonts w:cs="Times New Roman"/>
        </w:rPr>
        <w:t>dichiarante</w:t>
      </w:r>
      <w:proofErr w:type="spellEnd"/>
      <w:r w:rsidRPr="002B0099">
        <w:rPr>
          <w:rFonts w:cs="Times New Roman"/>
        </w:rPr>
        <w:t xml:space="preserve">                    </w:t>
      </w:r>
      <w:r w:rsidR="00816792" w:rsidRPr="002B0099">
        <w:rPr>
          <w:rFonts w:cs="Times New Roman"/>
        </w:rPr>
        <w:t xml:space="preserve">                                      </w:t>
      </w:r>
      <w:proofErr w:type="spellStart"/>
      <w:r w:rsidRPr="002B0099">
        <w:rPr>
          <w:rFonts w:cs="Times New Roman"/>
        </w:rPr>
        <w:t>Firma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dell’altro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genitore</w:t>
      </w:r>
      <w:proofErr w:type="spellEnd"/>
      <w:r w:rsidRPr="002B0099">
        <w:rPr>
          <w:rFonts w:cs="Times New Roman"/>
        </w:rPr>
        <w:t xml:space="preserve">  </w:t>
      </w:r>
    </w:p>
    <w:p w14:paraId="32C81054" w14:textId="2AC01F8C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___________________________________   </w:t>
      </w:r>
      <w:r w:rsidR="00816792" w:rsidRPr="002B0099">
        <w:rPr>
          <w:rFonts w:cs="Times New Roman"/>
        </w:rPr>
        <w:t xml:space="preserve">  </w:t>
      </w:r>
      <w:r w:rsidR="00816792" w:rsidRPr="002B0099">
        <w:rPr>
          <w:rFonts w:cs="Times New Roman"/>
        </w:rPr>
        <w:tab/>
      </w:r>
      <w:r w:rsidRPr="002B0099">
        <w:rPr>
          <w:rFonts w:cs="Times New Roman"/>
        </w:rPr>
        <w:t>______</w:t>
      </w:r>
      <w:r w:rsidR="00816792" w:rsidRPr="002B0099">
        <w:rPr>
          <w:rFonts w:cs="Times New Roman"/>
        </w:rPr>
        <w:t>______________________</w:t>
      </w:r>
      <w:r w:rsidRPr="002B0099">
        <w:rPr>
          <w:rFonts w:cs="Times New Roman"/>
        </w:rPr>
        <w:t xml:space="preserve">__ </w:t>
      </w:r>
    </w:p>
    <w:p w14:paraId="40273890" w14:textId="77777777" w:rsidR="002F30EC" w:rsidRDefault="002F30EC">
      <w:pPr>
        <w:rPr>
          <w:rFonts w:cs="Times New Roman"/>
        </w:rPr>
      </w:pPr>
    </w:p>
    <w:p w14:paraId="3BB1C22E" w14:textId="2786FE9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Data ___________                                       </w:t>
      </w:r>
    </w:p>
    <w:p w14:paraId="2D733EB2" w14:textId="77777777" w:rsidR="002F30EC" w:rsidRDefault="002F30EC">
      <w:pPr>
        <w:rPr>
          <w:rFonts w:cs="Times New Roman"/>
        </w:rPr>
      </w:pPr>
    </w:p>
    <w:p w14:paraId="3939004A" w14:textId="00E1AF0E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ALLEGATI (OBBLIGATORI) </w:t>
      </w:r>
    </w:p>
    <w:p w14:paraId="5ACCF79D" w14:textId="77777777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 fotocopia del documento di riconoscimento d i entrambi i genitori;  </w:t>
      </w:r>
    </w:p>
    <w:p w14:paraId="04442EFC" w14:textId="4A61ED83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 xml:space="preserve"> fotocopia del documento di </w:t>
      </w:r>
      <w:proofErr w:type="spellStart"/>
      <w:r w:rsidRPr="002B0099">
        <w:rPr>
          <w:rFonts w:cs="Times New Roman"/>
        </w:rPr>
        <w:t>riconoscimento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dell’eventuale</w:t>
      </w:r>
      <w:proofErr w:type="spellEnd"/>
      <w:r w:rsidRPr="002B0099">
        <w:rPr>
          <w:rFonts w:cs="Times New Roman"/>
        </w:rPr>
        <w:t xml:space="preserve"> </w:t>
      </w:r>
      <w:proofErr w:type="spellStart"/>
      <w:r w:rsidRPr="002B0099">
        <w:rPr>
          <w:rFonts w:cs="Times New Roman"/>
        </w:rPr>
        <w:t>delegato</w:t>
      </w:r>
      <w:proofErr w:type="spellEnd"/>
      <w:r w:rsidRPr="002B0099">
        <w:rPr>
          <w:rFonts w:cs="Times New Roman"/>
        </w:rPr>
        <w:t xml:space="preserve"> al </w:t>
      </w:r>
      <w:proofErr w:type="spellStart"/>
      <w:r w:rsidRPr="002B0099">
        <w:rPr>
          <w:rFonts w:cs="Times New Roman"/>
        </w:rPr>
        <w:t>ricevimento</w:t>
      </w:r>
      <w:proofErr w:type="spellEnd"/>
      <w:r w:rsidRPr="002B0099">
        <w:rPr>
          <w:rFonts w:cs="Times New Roman"/>
        </w:rPr>
        <w:t xml:space="preserve"> </w:t>
      </w:r>
    </w:p>
    <w:p w14:paraId="7C2649DD" w14:textId="113D3E3F" w:rsidR="003953B3" w:rsidRPr="002B0099" w:rsidRDefault="002916A9">
      <w:pPr>
        <w:rPr>
          <w:rFonts w:cs="Times New Roman"/>
        </w:rPr>
      </w:pPr>
      <w:r w:rsidRPr="002B0099">
        <w:rPr>
          <w:rFonts w:cs="Times New Roman"/>
        </w:rPr>
        <w:t>del bambino</w:t>
      </w:r>
      <w:r w:rsidR="00B525CD">
        <w:rPr>
          <w:rFonts w:cs="Times New Roman"/>
        </w:rPr>
        <w:t>;</w:t>
      </w:r>
      <w:r w:rsidRPr="002B0099">
        <w:rPr>
          <w:rFonts w:cs="Times New Roman"/>
        </w:rPr>
        <w:t xml:space="preserve">  </w:t>
      </w:r>
    </w:p>
    <w:p w14:paraId="63ECAAAE" w14:textId="77777777" w:rsidR="00856F53" w:rsidRPr="002B0099" w:rsidRDefault="00856F53" w:rsidP="00856F53">
      <w:pPr>
        <w:rPr>
          <w:rFonts w:cs="Times New Roman"/>
        </w:rPr>
      </w:pPr>
      <w:r w:rsidRPr="002B0099">
        <w:rPr>
          <w:rFonts w:cs="Times New Roman"/>
        </w:rPr>
        <w:t xml:space="preserve"> </w:t>
      </w:r>
      <w:proofErr w:type="spellStart"/>
      <w:r w:rsidR="00E1149B" w:rsidRPr="002B0099">
        <w:rPr>
          <w:rFonts w:cs="Times New Roman"/>
        </w:rPr>
        <w:t>attestazione</w:t>
      </w:r>
      <w:proofErr w:type="spellEnd"/>
      <w:r w:rsidR="00E1149B" w:rsidRPr="002B0099">
        <w:rPr>
          <w:rFonts w:cs="Times New Roman"/>
        </w:rPr>
        <w:t xml:space="preserve"> ISEE in </w:t>
      </w:r>
      <w:proofErr w:type="spellStart"/>
      <w:r w:rsidR="00E1149B" w:rsidRPr="002B0099">
        <w:rPr>
          <w:rFonts w:cs="Times New Roman"/>
        </w:rPr>
        <w:t>corso</w:t>
      </w:r>
      <w:proofErr w:type="spellEnd"/>
      <w:r w:rsidR="00E1149B" w:rsidRPr="002B0099">
        <w:rPr>
          <w:rFonts w:cs="Times New Roman"/>
        </w:rPr>
        <w:t xml:space="preserve"> di </w:t>
      </w:r>
      <w:proofErr w:type="spellStart"/>
      <w:r w:rsidR="00E1149B" w:rsidRPr="002B0099">
        <w:rPr>
          <w:rFonts w:cs="Times New Roman"/>
        </w:rPr>
        <w:t>validità</w:t>
      </w:r>
      <w:proofErr w:type="spellEnd"/>
      <w:r w:rsidRPr="002B0099">
        <w:rPr>
          <w:rFonts w:cs="Times New Roman"/>
        </w:rPr>
        <w:t xml:space="preserve">;  </w:t>
      </w:r>
    </w:p>
    <w:sectPr w:rsidR="00856F53" w:rsidRPr="002B0099" w:rsidSect="002F30EC">
      <w:pgSz w:w="12240" w:h="15840"/>
      <w:pgMar w:top="568" w:right="1608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8857503">
    <w:abstractNumId w:val="8"/>
  </w:num>
  <w:num w:numId="2" w16cid:durableId="1922711105">
    <w:abstractNumId w:val="6"/>
  </w:num>
  <w:num w:numId="3" w16cid:durableId="750546752">
    <w:abstractNumId w:val="5"/>
  </w:num>
  <w:num w:numId="4" w16cid:durableId="1707563616">
    <w:abstractNumId w:val="4"/>
  </w:num>
  <w:num w:numId="5" w16cid:durableId="639921195">
    <w:abstractNumId w:val="7"/>
  </w:num>
  <w:num w:numId="6" w16cid:durableId="1009521202">
    <w:abstractNumId w:val="3"/>
  </w:num>
  <w:num w:numId="7" w16cid:durableId="315498434">
    <w:abstractNumId w:val="2"/>
  </w:num>
  <w:num w:numId="8" w16cid:durableId="2129421782">
    <w:abstractNumId w:val="1"/>
  </w:num>
  <w:num w:numId="9" w16cid:durableId="111571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730"/>
    <w:rsid w:val="00026C79"/>
    <w:rsid w:val="00034616"/>
    <w:rsid w:val="0006063C"/>
    <w:rsid w:val="0015074B"/>
    <w:rsid w:val="002916A9"/>
    <w:rsid w:val="002935CB"/>
    <w:rsid w:val="0029639D"/>
    <w:rsid w:val="002B0099"/>
    <w:rsid w:val="002F30EC"/>
    <w:rsid w:val="00326F90"/>
    <w:rsid w:val="00367BEE"/>
    <w:rsid w:val="003953B3"/>
    <w:rsid w:val="00422A8C"/>
    <w:rsid w:val="00526C89"/>
    <w:rsid w:val="00806E14"/>
    <w:rsid w:val="00816792"/>
    <w:rsid w:val="00856F53"/>
    <w:rsid w:val="008D7B0A"/>
    <w:rsid w:val="00AA1D8D"/>
    <w:rsid w:val="00B47730"/>
    <w:rsid w:val="00B525CD"/>
    <w:rsid w:val="00C90F2C"/>
    <w:rsid w:val="00CB0664"/>
    <w:rsid w:val="00E1149B"/>
    <w:rsid w:val="00F04B6D"/>
    <w:rsid w:val="00F936D8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0A2660"/>
  <w15:docId w15:val="{CF54EFEE-B22D-4B06-832C-C203070FA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Utente</cp:lastModifiedBy>
  <cp:revision>12</cp:revision>
  <cp:lastPrinted>2026-05-29T06:43:00Z</cp:lastPrinted>
  <dcterms:created xsi:type="dcterms:W3CDTF">2026-05-29T06:28:00Z</dcterms:created>
  <dcterms:modified xsi:type="dcterms:W3CDTF">2026-06-19T11:13:00Z</dcterms:modified>
</cp:coreProperties>
</file>